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224000" cy="6214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up-2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621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E3D"/>
          <w:sz w:val="48"/>
        </w:rPr>
        <w:t>Project questionnaire</w:t>
      </w:r>
    </w:p>
    <w:p>
      <w:r>
        <w:rPr>
          <w:color w:val="5E6773"/>
          <w:sz w:val="20"/>
        </w:rPr>
        <w:t>Finetic Consulting · financial and management consulting</w:t>
      </w:r>
    </w:p>
    <w:p>
      <w:r>
        <w:t>Your answers help us see where Finetic Consulting can support your project most and whether additional specialists are needed. Fill it in and send it to hello@finetic.consulting, or copy your answers into the questionnaire at finetic.consulting/en/brief. Fields marked with an asterisk are required.</w:t>
      </w:r>
    </w:p>
    <w:p>
      <w:pPr>
        <w:spacing w:before="240"/>
      </w:pPr>
      <w:r>
        <w:rPr>
          <w:b/>
          <w:color w:val="0F1E3D"/>
          <w:sz w:val="28"/>
        </w:rPr>
        <w:t>How to contact you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EEF4FB"/>
          </w:tcPr>
          <w:p>
            <w:r>
              <w:t>Name *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  <w:shd w:val="clear" w:color="auto" w:fill="EEF4FB"/>
          </w:tcPr>
          <w:p>
            <w:r>
              <w:t>E-mail *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  <w:shd w:val="clear" w:color="auto" w:fill="EEF4FB"/>
          </w:tcPr>
          <w:p>
            <w:r>
              <w:t>Phone or messenger</w:t>
            </w:r>
          </w:p>
        </w:tc>
        <w:tc>
          <w:tcPr>
            <w:tcW w:type="dxa" w:w="6520"/>
          </w:tcPr>
          <w:p/>
        </w:tc>
      </w:tr>
    </w:tbl>
    <w:p>
      <w:pPr>
        <w:spacing w:before="240"/>
      </w:pPr>
      <w:r>
        <w:rPr>
          <w:b/>
          <w:color w:val="0F1E3D"/>
          <w:sz w:val="28"/>
        </w:rPr>
        <w:t>About the project</w:t>
      </w:r>
    </w:p>
    <w:p>
      <w:pPr>
        <w:keepNext/>
        <w:spacing w:before="160"/>
      </w:pPr>
      <w:r>
        <w:rPr>
          <w:b/>
          <w:color w:val="0F1E3D"/>
        </w:rPr>
        <w:t>1. Startup idea 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2. What exactly is the product whose implementation will generate revenue? 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3. What project documentation have you already developed? *</w:t>
      </w:r>
    </w:p>
    <w:p>
      <w:pPr>
        <w:keepNext/>
      </w:pPr>
      <w:r>
        <w:rPr>
          <w:i/>
          <w:color w:val="5E6773"/>
          <w:sz w:val="18"/>
        </w:rPr>
        <w:t>choose all that apply</w:t>
      </w:r>
    </w:p>
    <w:p>
      <w:pPr>
        <w:spacing w:after="20"/>
        <w:ind w:left="283"/>
      </w:pPr>
      <w:r>
        <w:t>☐  Market research on product demand</w:t>
      </w:r>
    </w:p>
    <w:p>
      <w:pPr>
        <w:spacing w:after="20"/>
        <w:ind w:left="283"/>
      </w:pPr>
      <w:r>
        <w:t>☐  Competitive environment research</w:t>
      </w:r>
    </w:p>
    <w:p>
      <w:pPr>
        <w:spacing w:after="20"/>
        <w:ind w:left="283"/>
      </w:pPr>
      <w:r>
        <w:t>☐  Project concept</w:t>
      </w:r>
    </w:p>
    <w:p>
      <w:pPr>
        <w:spacing w:after="20"/>
        <w:ind w:left="283"/>
      </w:pPr>
      <w:r>
        <w:t>☐  Project roadmap</w:t>
      </w:r>
    </w:p>
    <w:p>
      <w:pPr>
        <w:spacing w:after="20"/>
        <w:ind w:left="283"/>
      </w:pPr>
      <w:r>
        <w:t>☐  Cost estimate for project implementation</w:t>
      </w:r>
    </w:p>
    <w:p>
      <w:pPr>
        <w:spacing w:after="20"/>
        <w:ind w:left="283"/>
      </w:pPr>
      <w:r>
        <w:t>☐  Financial model</w:t>
      </w:r>
    </w:p>
    <w:p>
      <w:pPr>
        <w:spacing w:after="20"/>
        <w:ind w:left="283"/>
      </w:pPr>
      <w:r>
        <w:t>☐  Pitch deck</w:t>
      </w:r>
    </w:p>
    <w:p>
      <w:pPr>
        <w:spacing w:after="20"/>
        <w:ind w:left="283"/>
      </w:pPr>
      <w:r>
        <w:t>☐  Presentation</w:t>
      </w:r>
    </w:p>
    <w:p>
      <w:pPr>
        <w:spacing w:after="20"/>
        <w:ind w:left="283"/>
      </w:pPr>
      <w:r>
        <w:t>☐  None yet</w:t>
      </w:r>
    </w:p>
    <w:p>
      <w:pPr>
        <w:keepNext/>
        <w:spacing w:before="160"/>
      </w:pPr>
      <w:r>
        <w:rPr>
          <w:b/>
          <w:color w:val="0F1E3D"/>
        </w:rPr>
        <w:t>4. Has a team been formed that will implement the project? *</w:t>
      </w:r>
    </w:p>
    <w:p>
      <w:pPr>
        <w:keepNext/>
      </w:pPr>
      <w:r>
        <w:rPr>
          <w:i/>
          <w:color w:val="5E6773"/>
          <w:sz w:val="18"/>
        </w:rPr>
        <w:t>choose one</w:t>
      </w:r>
    </w:p>
    <w:p>
      <w:pPr>
        <w:spacing w:after="20"/>
        <w:ind w:left="283"/>
      </w:pPr>
      <w:r>
        <w:t>☐  Fully formed</w:t>
      </w:r>
    </w:p>
    <w:p>
      <w:pPr>
        <w:spacing w:after="20"/>
        <w:ind w:left="283"/>
      </w:pPr>
      <w:r>
        <w:t>☐  Project manager only</w:t>
      </w:r>
    </w:p>
    <w:p>
      <w:pPr>
        <w:spacing w:after="20"/>
        <w:ind w:left="283"/>
      </w:pPr>
      <w:r>
        <w:t>☐  Not formed</w:t>
      </w:r>
    </w:p>
    <w:p>
      <w:pPr>
        <w:keepNext/>
        <w:spacing w:before="160"/>
      </w:pPr>
      <w:r>
        <w:rPr>
          <w:b/>
          <w:color w:val="0F1E3D"/>
        </w:rPr>
        <w:t>5. Who exactly is the project manager, and what experience do they have in managing projects and teams?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6. What is the intended geography and scale of your project?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7. Approximately how much investment does the project need until it breaks even? *</w:t>
      </w:r>
    </w:p>
    <w:p>
      <w:pPr>
        <w:keepNext/>
      </w:pPr>
      <w:r>
        <w:rPr>
          <w:i/>
          <w:color w:val="5E6773"/>
          <w:sz w:val="18"/>
        </w:rPr>
        <w:t>choose one</w:t>
      </w:r>
    </w:p>
    <w:p>
      <w:pPr>
        <w:spacing w:after="20"/>
        <w:ind w:left="283"/>
      </w:pPr>
      <w:r>
        <w:t>☐  Up to €100,000</w:t>
      </w:r>
    </w:p>
    <w:p>
      <w:pPr>
        <w:spacing w:after="20"/>
        <w:ind w:left="283"/>
      </w:pPr>
      <w:r>
        <w:t>☐  Up to €500,000</w:t>
      </w:r>
    </w:p>
    <w:p>
      <w:pPr>
        <w:spacing w:after="20"/>
        <w:ind w:left="283"/>
      </w:pPr>
      <w:r>
        <w:t>☐  Up to €1,000,000</w:t>
      </w:r>
    </w:p>
    <w:p>
      <w:pPr>
        <w:spacing w:after="20"/>
        <w:ind w:left="283"/>
      </w:pPr>
      <w:r>
        <w:t>☐  Up to €3,000,000</w:t>
      </w:r>
    </w:p>
    <w:p>
      <w:pPr>
        <w:spacing w:after="20"/>
        <w:ind w:left="283"/>
      </w:pPr>
      <w:r>
        <w:t>☐  More than €3,000,000</w:t>
      </w:r>
    </w:p>
    <w:p>
      <w:pPr>
        <w:keepNext/>
        <w:spacing w:before="160"/>
      </w:pPr>
      <w:r>
        <w:rPr>
          <w:b/>
          <w:color w:val="0F1E3D"/>
        </w:rPr>
        <w:t>8. How much of the project costs has already been financed? 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67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9. Which ways of attracting investment do you plan to use?</w:t>
      </w:r>
    </w:p>
    <w:p>
      <w:pPr>
        <w:keepNext/>
      </w:pPr>
      <w:r>
        <w:rPr>
          <w:i/>
          <w:color w:val="5E6773"/>
          <w:sz w:val="18"/>
        </w:rPr>
        <w:t>choose all that apply</w:t>
      </w:r>
    </w:p>
    <w:p>
      <w:pPr>
        <w:spacing w:after="20"/>
        <w:ind w:left="283"/>
      </w:pPr>
      <w:r>
        <w:t>☐  Own funds</w:t>
      </w:r>
    </w:p>
    <w:p>
      <w:pPr>
        <w:spacing w:after="20"/>
        <w:ind w:left="283"/>
      </w:pPr>
      <w:r>
        <w:t>☐  Loan in my name</w:t>
      </w:r>
    </w:p>
    <w:p>
      <w:pPr>
        <w:spacing w:after="20"/>
        <w:ind w:left="283"/>
      </w:pPr>
      <w:r>
        <w:t>☐  Investor-partner already found</w:t>
      </w:r>
    </w:p>
    <w:p>
      <w:pPr>
        <w:spacing w:after="20"/>
        <w:ind w:left="283"/>
      </w:pPr>
      <w:r>
        <w:t>☐  Investor-partner I will find myself</w:t>
      </w:r>
    </w:p>
    <w:p>
      <w:pPr>
        <w:spacing w:after="20"/>
        <w:ind w:left="283"/>
      </w:pPr>
      <w:r>
        <w:t>☐  Investor-partner whose search I would like to entrust to Finetic Consulting</w:t>
      </w:r>
    </w:p>
    <w:p>
      <w:pPr>
        <w:spacing w:after="20"/>
        <w:ind w:left="283"/>
      </w:pPr>
      <w:r>
        <w:t>☐  Crowdfunding</w:t>
      </w:r>
    </w:p>
    <w:p>
      <w:pPr>
        <w:keepNext/>
        <w:spacing w:before="160"/>
      </w:pPr>
      <w:r>
        <w:rPr>
          <w:b/>
          <w:color w:val="0F1E3D"/>
        </w:rPr>
        <w:t>10. What share of the project costs are you prepared to finance with your own funds? *</w:t>
      </w:r>
    </w:p>
    <w:p>
      <w:pPr>
        <w:keepNext/>
      </w:pPr>
      <w:r>
        <w:rPr>
          <w:i/>
          <w:color w:val="5E6773"/>
          <w:sz w:val="18"/>
        </w:rPr>
        <w:t>choose one</w:t>
      </w:r>
    </w:p>
    <w:p>
      <w:pPr>
        <w:spacing w:after="20"/>
        <w:ind w:left="283"/>
      </w:pPr>
      <w:r>
        <w:t>☐  Not ready to invest own funds</w:t>
      </w:r>
    </w:p>
    <w:p>
      <w:pPr>
        <w:spacing w:after="20"/>
        <w:ind w:left="283"/>
      </w:pPr>
      <w:r>
        <w:t>☐  Only the search for an investor</w:t>
      </w:r>
    </w:p>
    <w:p>
      <w:pPr>
        <w:spacing w:after="20"/>
        <w:ind w:left="283"/>
      </w:pPr>
      <w:r>
        <w:t>☐  Up to 10% of the total investment</w:t>
      </w:r>
    </w:p>
    <w:p>
      <w:pPr>
        <w:spacing w:after="20"/>
        <w:ind w:left="283"/>
      </w:pPr>
      <w:r>
        <w:t>☐  Up to 20% of the total investment</w:t>
      </w:r>
    </w:p>
    <w:p>
      <w:pPr>
        <w:spacing w:after="20"/>
        <w:ind w:left="283"/>
      </w:pPr>
      <w:r>
        <w:t>☐  The whole project at my own expense</w:t>
      </w:r>
    </w:p>
    <w:p>
      <w:pPr>
        <w:keepNext/>
        <w:spacing w:before="160"/>
      </w:pPr>
      <w:r>
        <w:rPr>
          <w:b/>
          <w:color w:val="0F1E3D"/>
        </w:rPr>
        <w:t>11. Has an MVP (minimum viable product) been created? *</w:t>
      </w:r>
    </w:p>
    <w:p>
      <w:pPr>
        <w:keepNext/>
      </w:pPr>
      <w:r>
        <w:rPr>
          <w:i/>
          <w:color w:val="5E6773"/>
          <w:sz w:val="18"/>
        </w:rPr>
        <w:t>choose one</w:t>
      </w:r>
    </w:p>
    <w:p>
      <w:pPr>
        <w:spacing w:after="20"/>
        <w:ind w:left="283"/>
      </w:pPr>
      <w:r>
        <w:t>☐  Yes</w:t>
      </w:r>
    </w:p>
    <w:p>
      <w:pPr>
        <w:spacing w:after="20"/>
        <w:ind w:left="283"/>
      </w:pPr>
      <w:r>
        <w:t>☐  No</w:t>
      </w:r>
    </w:p>
    <w:p>
      <w:pPr>
        <w:keepNext/>
        <w:spacing w:before="160"/>
      </w:pPr>
      <w:r>
        <w:rPr>
          <w:b/>
          <w:color w:val="0F1E3D"/>
        </w:rPr>
        <w:t>12. What stages of project implementation have you already completed?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13. What would you like Finetic Consulting to help with? *</w:t>
      </w:r>
    </w:p>
    <w:p>
      <w:pPr>
        <w:keepNext/>
      </w:pPr>
      <w:r>
        <w:rPr>
          <w:i/>
          <w:color w:val="5E6773"/>
          <w:sz w:val="18"/>
        </w:rPr>
        <w:t>choose all that apply</w:t>
      </w:r>
    </w:p>
    <w:p>
      <w:pPr>
        <w:spacing w:after="20"/>
        <w:ind w:left="283"/>
      </w:pPr>
      <w:r>
        <w:t>☐  Payback calculation of the project "for myself"</w:t>
      </w:r>
    </w:p>
    <w:p>
      <w:pPr>
        <w:spacing w:after="20"/>
        <w:ind w:left="283"/>
      </w:pPr>
      <w:r>
        <w:t>☐  Investor document package</w:t>
      </w:r>
    </w:p>
    <w:p>
      <w:pPr>
        <w:spacing w:after="20"/>
        <w:ind w:left="283"/>
      </w:pPr>
      <w:r>
        <w:t>☐  Search for investors</w:t>
      </w:r>
    </w:p>
    <w:p>
      <w:pPr>
        <w:spacing w:after="20"/>
        <w:ind w:left="283"/>
      </w:pPr>
      <w:r>
        <w:t>☐  Marketing services</w:t>
      </w:r>
    </w:p>
    <w:p>
      <w:pPr>
        <w:spacing w:after="20"/>
        <w:ind w:left="283"/>
      </w:pPr>
      <w:r>
        <w:t>☐  Forming the project team</w:t>
      </w:r>
    </w:p>
    <w:p>
      <w:pPr>
        <w:spacing w:after="20"/>
        <w:ind w:left="283"/>
      </w:pPr>
      <w:r>
        <w:t>☐  Written assessment of the project with recommendations</w:t>
      </w:r>
    </w:p>
    <w:p>
      <w:pPr>
        <w:spacing w:after="20"/>
        <w:ind w:left="283"/>
      </w:pPr>
      <w:r>
        <w:t>☐  Managing the initial stage through a legal entity in Spain</w:t>
      </w:r>
    </w:p>
    <w:p>
      <w:pPr>
        <w:spacing w:after="20"/>
        <w:ind w:left="283"/>
      </w:pPr>
      <w:r>
        <w:t>☐  Financial, legal and tax consulting</w:t>
      </w:r>
    </w:p>
    <w:p>
      <w:pPr>
        <w:keepNext/>
        <w:spacing w:before="160"/>
      </w:pPr>
      <w:r>
        <w:rPr>
          <w:b/>
          <w:color w:val="0F1E3D"/>
        </w:rPr>
        <w:t>14. Additional information (website, links to documents on Google Drive, etc.)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spacing w:before="280"/>
      </w:pPr>
      <w:r>
        <w:rPr>
          <w:color w:val="5E6773"/>
          <w:sz w:val="17"/>
        </w:rPr>
        <w:t>Your answers are used only to prepare our reply about your project.  ·  Finetic Consulting · finetic.consulting · hello@finetic.consulting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